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59669"/>
          <w:sz w:val="56"/>
        </w:rPr>
        <w:t>INVOICE</w:t>
      </w:r>
    </w:p>
    <w:p>
      <w:r>
        <w:rPr>
          <w:rFonts w:ascii="Calibri" w:hAnsi="Calibri"/>
          <w:color w:val="6B7280"/>
          <w:sz w:val="19"/>
        </w:rPr>
        <w:t>Invoice No: INV-0001    Date: 2026-01-15    Due Date: 2026-01-29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rFonts w:ascii="Calibri" w:hAnsi="Calibri"/>
                <w:b/>
                <w:color w:val="6B7280"/>
                <w:sz w:val="18"/>
              </w:rPr>
              <w:t>FROM</w:t>
            </w:r>
          </w:p>
          <w:p>
            <w:r>
              <w:rPr>
                <w:rFonts w:ascii="Calibri" w:hAnsi="Calibri"/>
                <w:b/>
                <w:sz w:val="21"/>
              </w:rPr>
              <w:t>Your Business Name</w:t>
            </w:r>
          </w:p>
          <w:p>
            <w:r>
              <w:rPr>
                <w:rFonts w:ascii="Calibri" w:hAnsi="Calibri"/>
                <w:sz w:val="21"/>
              </w:rPr>
              <w:t>123 Business Street</w:t>
            </w:r>
          </w:p>
          <w:p>
            <w:r>
              <w:rPr>
                <w:rFonts w:ascii="Calibri" w:hAnsi="Calibri"/>
                <w:sz w:val="21"/>
              </w:rPr>
              <w:t>City, Country</w:t>
            </w:r>
          </w:p>
          <w:p>
            <w:r>
              <w:rPr>
                <w:rFonts w:ascii="Calibri" w:hAnsi="Calibri"/>
                <w:sz w:val="21"/>
              </w:rPr>
              <w:t>you@business.com</w:t>
            </w:r>
          </w:p>
          <w:p>
            <w:r>
              <w:rPr>
                <w:rFonts w:ascii="Calibri" w:hAnsi="Calibri"/>
                <w:sz w:val="21"/>
              </w:rPr>
              <w:t>+1 555 000 1234</w:t>
            </w:r>
          </w:p>
        </w:tc>
        <w:tc>
          <w:tcPr>
            <w:tcW w:type="dxa" w:w="4968"/>
          </w:tcPr>
          <w:p>
            <w:r/>
            <w:r>
              <w:rPr>
                <w:rFonts w:ascii="Calibri" w:hAnsi="Calibri"/>
                <w:b/>
                <w:color w:val="6B7280"/>
                <w:sz w:val="18"/>
              </w:rPr>
              <w:t>BILL TO</w:t>
            </w:r>
          </w:p>
          <w:p>
            <w:r>
              <w:rPr>
                <w:rFonts w:ascii="Calibri" w:hAnsi="Calibri"/>
                <w:b/>
                <w:sz w:val="21"/>
              </w:rPr>
              <w:t>Client Name</w:t>
            </w:r>
          </w:p>
          <w:p>
            <w:r>
              <w:rPr>
                <w:rFonts w:ascii="Calibri" w:hAnsi="Calibri"/>
                <w:sz w:val="21"/>
              </w:rPr>
              <w:t>456 Client Avenue</w:t>
            </w:r>
          </w:p>
          <w:p>
            <w:r>
              <w:rPr>
                <w:rFonts w:ascii="Calibri" w:hAnsi="Calibri"/>
                <w:sz w:val="21"/>
              </w:rPr>
              <w:t>City, Country</w:t>
            </w:r>
          </w:p>
          <w:p>
            <w:r>
              <w:rPr>
                <w:rFonts w:ascii="Calibri" w:hAnsi="Calibri"/>
                <w:sz w:val="21"/>
              </w:rPr>
              <w:t>client@email.com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896"/>
            <w:shd w:val="clear" w:fill="D1FAE5"/>
          </w:tcPr>
          <w:p>
            <w:r/>
            <w:r>
              <w:rPr>
                <w:rFonts w:ascii="Calibri" w:hAnsi="Calibri"/>
                <w:b/>
                <w:color w:val="065F46"/>
                <w:sz w:val="20"/>
              </w:rPr>
              <w:t>Description</w:t>
            </w:r>
          </w:p>
        </w:tc>
        <w:tc>
          <w:tcPr>
            <w:tcW w:type="dxa" w:w="1152"/>
            <w:shd w:val="clear" w:fill="D1FAE5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065F46"/>
                <w:sz w:val="20"/>
              </w:rPr>
              <w:t>Qty</w:t>
            </w:r>
          </w:p>
        </w:tc>
        <w:tc>
          <w:tcPr>
            <w:tcW w:type="dxa" w:w="1584"/>
            <w:shd w:val="clear" w:fill="D1FAE5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065F46"/>
                <w:sz w:val="20"/>
              </w:rPr>
              <w:t>Rate</w:t>
            </w:r>
          </w:p>
        </w:tc>
        <w:tc>
          <w:tcPr>
            <w:tcW w:type="dxa" w:w="1728"/>
            <w:shd w:val="clear" w:fill="D1FAE5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065F46"/>
                <w:sz w:val="20"/>
              </w:rPr>
              <w:t>Amount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Consulting services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10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$75.00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$750.00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Project setup &amp; onboarding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$450.00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$450.00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Monthly support plan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$250.00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$250.00</w:t>
            </w:r>
          </w:p>
        </w:tc>
      </w:tr>
    </w:tbl>
    <w:p/>
    <w:p>
      <w:pPr>
        <w:jc w:val="right"/>
      </w:pPr>
      <w:r>
        <w:rPr>
          <w:rFonts w:ascii="Calibri" w:hAnsi="Calibri"/>
          <w:b w:val="0"/>
          <w:sz w:val="21"/>
        </w:rPr>
        <w:t>Subtotal:  $1,450.00</w:t>
      </w:r>
    </w:p>
    <w:p>
      <w:pPr>
        <w:jc w:val="right"/>
      </w:pPr>
      <w:r>
        <w:rPr>
          <w:rFonts w:ascii="Calibri" w:hAnsi="Calibri"/>
          <w:b w:val="0"/>
          <w:sz w:val="21"/>
        </w:rPr>
        <w:t>Tax (10%):  $145.00</w:t>
      </w:r>
    </w:p>
    <w:p>
      <w:pPr>
        <w:jc w:val="right"/>
      </w:pPr>
      <w:r>
        <w:rPr>
          <w:rFonts w:ascii="Calibri" w:hAnsi="Calibri"/>
          <w:b/>
          <w:color w:val="059669"/>
          <w:sz w:val="24"/>
        </w:rPr>
        <w:t>Amount Due:  $1,595.00</w:t>
      </w:r>
    </w:p>
    <w:p/>
    <w:p>
      <w:r>
        <w:rPr>
          <w:rFonts w:ascii="Calibri" w:hAnsi="Calibri"/>
          <w:b/>
        </w:rPr>
        <w:t>Payment Details</w:t>
      </w:r>
    </w:p>
    <w:p>
      <w:r>
        <w:rPr>
          <w:rFonts w:ascii="Calibri" w:hAnsi="Calibri"/>
          <w:sz w:val="20"/>
        </w:rPr>
        <w:t>Bank: Your Bank  ·  Account: 000-000-000  ·  IBAN: —</w:t>
        <w:br/>
        <w:t>Payment is due within 14 days. Thank you for your business!</w:t>
      </w:r>
    </w:p>
    <w:p>
      <w:r>
        <w:rPr>
          <w:rFonts w:ascii="Calibri" w:hAnsi="Calibri"/>
          <w:color w:val="9CA3AF"/>
          <w:sz w:val="16"/>
        </w:rPr>
        <w:t>Made with BillsZilla — free invoice generator at billszilla.com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